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1C86A0" w14:textId="44D5516C" w:rsidR="002F57A0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noProof/>
          <w:sz w:val="28"/>
          <w:szCs w:val="28"/>
          <w:lang w:val="de-DE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45C71FB" wp14:editId="54F98CED">
                <wp:simplePos x="0" y="0"/>
                <wp:positionH relativeFrom="margin">
                  <wp:posOffset>4038600</wp:posOffset>
                </wp:positionH>
                <wp:positionV relativeFrom="paragraph">
                  <wp:posOffset>248285</wp:posOffset>
                </wp:positionV>
                <wp:extent cx="1238250" cy="1565910"/>
                <wp:effectExtent l="0" t="0" r="19050" b="15240"/>
                <wp:wrapNone/>
                <wp:docPr id="797020454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5659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6DABD" id="Rechteck 1" o:spid="_x0000_s1026" style="position:absolute;margin-left:318pt;margin-top:19.55pt;width:97.5pt;height:123.3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" fillcolor="white [3201]" strokecolor="black [3200]" strokeweight="2pt">
                <w10:wrap anchorx="margin"/>
              </v:rect>
            </w:pict>
          </mc:Fallback>
        </mc:AlternateContent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</w:r>
      <w:r>
        <w:rPr>
          <w:rFonts w:ascii="Comic Sans MS" w:hAnsi="Comic Sans MS"/>
          <w:sz w:val="28"/>
          <w:szCs w:val="28"/>
          <w:lang w:val="de-DE"/>
        </w:rPr>
        <w:tab/>
        <w:t xml:space="preserve">      So sehe ich aus</w:t>
      </w:r>
    </w:p>
    <w:p w14:paraId="7F90F5F4" w14:textId="181DA87C" w:rsidR="0095493A" w:rsidRPr="002F57A0" w:rsidRDefault="00B84C9A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sz w:val="28"/>
          <w:szCs w:val="28"/>
          <w:lang w:val="de-DE"/>
        </w:rPr>
        <w:t>Mein Name ist ____________________</w:t>
      </w:r>
      <w:r w:rsidR="002F57A0">
        <w:rPr>
          <w:rFonts w:ascii="Comic Sans MS" w:hAnsi="Comic Sans MS"/>
          <w:sz w:val="28"/>
          <w:szCs w:val="28"/>
          <w:lang w:val="de-DE"/>
        </w:rPr>
        <w:tab/>
      </w:r>
      <w:r w:rsidR="002F57A0">
        <w:rPr>
          <w:rFonts w:ascii="Comic Sans MS" w:hAnsi="Comic Sans MS"/>
          <w:sz w:val="28"/>
          <w:szCs w:val="28"/>
          <w:lang w:val="de-DE"/>
        </w:rPr>
        <w:tab/>
      </w:r>
    </w:p>
    <w:p w14:paraId="50D5FEB1" w14:textId="6989A956" w:rsidR="0095493A" w:rsidRPr="002F57A0" w:rsidRDefault="00B84C9A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sz w:val="28"/>
          <w:szCs w:val="28"/>
          <w:lang w:val="de-DE"/>
        </w:rPr>
        <w:t>Ich habe am ___________Geburtstag.</w:t>
      </w:r>
    </w:p>
    <w:p w14:paraId="4E96EA5A" w14:textId="5D380761" w:rsidR="0095493A" w:rsidRPr="002F57A0" w:rsidRDefault="00B84C9A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sz w:val="28"/>
          <w:szCs w:val="28"/>
          <w:lang w:val="de-DE"/>
        </w:rPr>
        <w:t>Meine Lieblingsfarben sind ____________</w:t>
      </w:r>
    </w:p>
    <w:p w14:paraId="603FC530" w14:textId="37887693" w:rsidR="00B84C9A" w:rsidRPr="002F57A0" w:rsidRDefault="00B84C9A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sz w:val="28"/>
          <w:szCs w:val="28"/>
          <w:lang w:val="de-DE"/>
        </w:rPr>
        <w:t>________________________________</w:t>
      </w:r>
      <w:r w:rsidR="009D0B4F">
        <w:rPr>
          <w:rFonts w:ascii="Comic Sans MS" w:hAnsi="Comic Sans MS"/>
          <w:sz w:val="28"/>
          <w:szCs w:val="28"/>
          <w:lang w:val="de-DE"/>
        </w:rPr>
        <w:t>_</w:t>
      </w:r>
    </w:p>
    <w:p w14:paraId="12D59FE5" w14:textId="766F4D40" w:rsidR="002F57A0" w:rsidRDefault="002F57A0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sz w:val="28"/>
          <w:szCs w:val="28"/>
          <w:lang w:val="de-DE"/>
        </w:rPr>
        <w:t>Ich spiele gerne mit</w:t>
      </w:r>
      <w:r>
        <w:rPr>
          <w:rFonts w:ascii="Comic Sans MS" w:hAnsi="Comic Sans MS"/>
          <w:sz w:val="28"/>
          <w:szCs w:val="28"/>
          <w:lang w:val="de-DE"/>
        </w:rPr>
        <w:t xml:space="preserve"> </w:t>
      </w:r>
      <w:r w:rsidRPr="002F57A0">
        <w:rPr>
          <w:rFonts w:ascii="Comic Sans MS" w:hAnsi="Comic Sans MS"/>
          <w:sz w:val="28"/>
          <w:szCs w:val="28"/>
          <w:lang w:val="de-DE"/>
        </w:rPr>
        <w:t>___________________</w:t>
      </w:r>
      <w:r>
        <w:rPr>
          <w:rFonts w:ascii="Comic Sans MS" w:hAnsi="Comic Sans MS"/>
          <w:sz w:val="28"/>
          <w:szCs w:val="28"/>
          <w:lang w:val="de-DE"/>
        </w:rPr>
        <w:t>______________________________</w:t>
      </w:r>
    </w:p>
    <w:p w14:paraId="19BB68AC" w14:textId="247BD2FF" w:rsidR="0095493A" w:rsidRPr="002F57A0" w:rsidRDefault="00FA7928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noProof/>
          <w:sz w:val="28"/>
          <w:szCs w:val="28"/>
          <w:lang w:val="de-DE"/>
        </w:rPr>
        <mc:AlternateContent>
          <mc:Choice Requires="am3d">
            <w:drawing>
              <wp:anchor distT="0" distB="0" distL="114300" distR="114300" simplePos="0" relativeHeight="251666944" behindDoc="1" locked="0" layoutInCell="1" allowOverlap="1" wp14:anchorId="633999BB" wp14:editId="4F74030F">
                <wp:simplePos x="0" y="0"/>
                <wp:positionH relativeFrom="margin">
                  <wp:posOffset>4652010</wp:posOffset>
                </wp:positionH>
                <wp:positionV relativeFrom="paragraph">
                  <wp:posOffset>337185</wp:posOffset>
                </wp:positionV>
                <wp:extent cx="702117" cy="891880"/>
                <wp:effectExtent l="0" t="0" r="3175" b="0"/>
                <wp:wrapTight wrapText="bothSides">
                  <wp:wrapPolygon edited="0">
                    <wp:start x="17006" y="0"/>
                    <wp:lineTo x="5864" y="7385"/>
                    <wp:lineTo x="3519" y="10154"/>
                    <wp:lineTo x="3519" y="15231"/>
                    <wp:lineTo x="1173" y="20308"/>
                    <wp:lineTo x="4105" y="20308"/>
                    <wp:lineTo x="7037" y="15231"/>
                    <wp:lineTo x="17006" y="10154"/>
                    <wp:lineTo x="18766" y="8769"/>
                    <wp:lineTo x="17593" y="7846"/>
                    <wp:lineTo x="21111" y="2308"/>
                    <wp:lineTo x="21111" y="0"/>
                    <wp:lineTo x="17006" y="0"/>
                  </wp:wrapPolygon>
                </wp:wrapTight>
                <wp:docPr id="673748329" name="3D-Modell 3" descr="Papage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702117" cy="8918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99474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046728" d="1000000"/>
                        <am3d:preTrans dx="-2" dy="2128944" dz="652692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390680" ay="3499600" az="-1201252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108095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6944" behindDoc="1" locked="0" layoutInCell="1" allowOverlap="1" wp14:anchorId="633999BB" wp14:editId="4F74030F">
                <wp:simplePos x="0" y="0"/>
                <wp:positionH relativeFrom="margin">
                  <wp:posOffset>4652010</wp:posOffset>
                </wp:positionH>
                <wp:positionV relativeFrom="paragraph">
                  <wp:posOffset>337185</wp:posOffset>
                </wp:positionV>
                <wp:extent cx="702117" cy="891880"/>
                <wp:effectExtent l="0" t="0" r="3175" b="0"/>
                <wp:wrapTight wrapText="bothSides">
                  <wp:wrapPolygon edited="0">
                    <wp:start x="17006" y="0"/>
                    <wp:lineTo x="5864" y="7385"/>
                    <wp:lineTo x="3519" y="10154"/>
                    <wp:lineTo x="3519" y="15231"/>
                    <wp:lineTo x="1173" y="20308"/>
                    <wp:lineTo x="4105" y="20308"/>
                    <wp:lineTo x="7037" y="15231"/>
                    <wp:lineTo x="17006" y="10154"/>
                    <wp:lineTo x="18766" y="8769"/>
                    <wp:lineTo x="17593" y="7846"/>
                    <wp:lineTo x="21111" y="2308"/>
                    <wp:lineTo x="21111" y="0"/>
                    <wp:lineTo x="17006" y="0"/>
                  </wp:wrapPolygon>
                </wp:wrapTight>
                <wp:docPr id="673748329" name="3D-Modell 3" descr="Papage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3748329" name="3D-Modell 3" descr="Papage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1675" cy="891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F57A0">
        <w:rPr>
          <w:rFonts w:ascii="Comic Sans MS" w:hAnsi="Comic Sans MS"/>
          <w:sz w:val="28"/>
          <w:szCs w:val="28"/>
          <w:lang w:val="de-DE"/>
        </w:rPr>
        <w:t>_________________________________________________</w:t>
      </w:r>
    </w:p>
    <w:p w14:paraId="57C05882" w14:textId="4185E4E4" w:rsidR="0095493A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Meine Lieblingstiere sind</w:t>
      </w:r>
      <w:r w:rsidR="009D0B4F">
        <w:rPr>
          <w:rFonts w:ascii="Comic Sans MS" w:hAnsi="Comic Sans MS"/>
          <w:sz w:val="28"/>
          <w:szCs w:val="28"/>
          <w:lang w:val="de-DE"/>
        </w:rPr>
        <w:t xml:space="preserve"> </w:t>
      </w:r>
      <w:r>
        <w:rPr>
          <w:rFonts w:ascii="Comic Sans MS" w:hAnsi="Comic Sans MS"/>
          <w:sz w:val="28"/>
          <w:szCs w:val="28"/>
          <w:lang w:val="de-DE"/>
        </w:rPr>
        <w:t>______________________________</w:t>
      </w:r>
      <w:r w:rsidR="00FA7928">
        <w:rPr>
          <w:rFonts w:ascii="Comic Sans MS" w:hAnsi="Comic Sans MS"/>
          <w:sz w:val="28"/>
          <w:szCs w:val="28"/>
          <w:lang w:val="de-DE"/>
        </w:rPr>
        <w:t>__________</w:t>
      </w:r>
    </w:p>
    <w:p w14:paraId="79332144" w14:textId="61D3331E" w:rsidR="00FA7928" w:rsidRDefault="00FA7928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________________________________________</w:t>
      </w:r>
    </w:p>
    <w:p w14:paraId="20DE249F" w14:textId="40FDB041" w:rsidR="0095493A" w:rsidRPr="002F57A0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Mein Lieblingsessen ist _______________________________</w:t>
      </w:r>
    </w:p>
    <w:p w14:paraId="11967FFA" w14:textId="4BD6A58A" w:rsidR="0095493A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Mein Lieblingseis ist _________________________________</w:t>
      </w:r>
    </w:p>
    <w:p w14:paraId="3B0AAAC6" w14:textId="049986D6" w:rsidR="002F57A0" w:rsidRDefault="009D0B4F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noProof/>
          <w:sz w:val="28"/>
          <w:szCs w:val="28"/>
          <w:lang w:val="de-DE"/>
        </w:rPr>
        <mc:AlternateContent>
          <mc:Choice Requires="am3d">
            <w:drawing>
              <wp:anchor distT="0" distB="0" distL="114300" distR="114300" simplePos="0" relativeHeight="251665920" behindDoc="1" locked="0" layoutInCell="1" allowOverlap="1" wp14:anchorId="4E3A9C61" wp14:editId="10D68235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641350" cy="603250"/>
                <wp:effectExtent l="0" t="0" r="6350" b="6350"/>
                <wp:wrapTight wrapText="bothSides">
                  <wp:wrapPolygon edited="0">
                    <wp:start x="3850" y="0"/>
                    <wp:lineTo x="642" y="2046"/>
                    <wp:lineTo x="0" y="8185"/>
                    <wp:lineTo x="1283" y="11596"/>
                    <wp:lineTo x="8341" y="19781"/>
                    <wp:lineTo x="8982" y="21145"/>
                    <wp:lineTo x="12190" y="21145"/>
                    <wp:lineTo x="12832" y="19781"/>
                    <wp:lineTo x="19889" y="11596"/>
                    <wp:lineTo x="21172" y="5457"/>
                    <wp:lineTo x="17964" y="682"/>
                    <wp:lineTo x="7057" y="0"/>
                    <wp:lineTo x="3850" y="0"/>
                  </wp:wrapPolygon>
                </wp:wrapTight>
                <wp:docPr id="502199149" name="3D-Modell 2" descr="Rotes Her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641350" cy="6032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035031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73780" d="1000000"/>
                        <am3d:preTrans dx="0" dy="-16579315" dz="29605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702613" ay="-321706" az="-10790920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88602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920" behindDoc="1" locked="0" layoutInCell="1" allowOverlap="1" wp14:anchorId="4E3A9C61" wp14:editId="10D68235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641350" cy="603250"/>
                <wp:effectExtent l="0" t="0" r="6350" b="6350"/>
                <wp:wrapTight wrapText="bothSides">
                  <wp:wrapPolygon edited="0">
                    <wp:start x="3850" y="0"/>
                    <wp:lineTo x="642" y="2046"/>
                    <wp:lineTo x="0" y="8185"/>
                    <wp:lineTo x="1283" y="11596"/>
                    <wp:lineTo x="8341" y="19781"/>
                    <wp:lineTo x="8982" y="21145"/>
                    <wp:lineTo x="12190" y="21145"/>
                    <wp:lineTo x="12832" y="19781"/>
                    <wp:lineTo x="19889" y="11596"/>
                    <wp:lineTo x="21172" y="5457"/>
                    <wp:lineTo x="17964" y="682"/>
                    <wp:lineTo x="7057" y="0"/>
                    <wp:lineTo x="3850" y="0"/>
                  </wp:wrapPolygon>
                </wp:wrapTight>
                <wp:docPr id="502199149" name="3D-Modell 2" descr="Rotes Herz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2199149" name="3D-Modell 2" descr="Rotes Herz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1350" cy="603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F57A0">
        <w:rPr>
          <w:rFonts w:ascii="Comic Sans MS" w:hAnsi="Comic Sans MS"/>
          <w:sz w:val="28"/>
          <w:szCs w:val="28"/>
          <w:lang w:val="de-DE"/>
        </w:rPr>
        <w:t>Diese Menschen mag ich besonders gerne:</w:t>
      </w:r>
      <w:r w:rsidR="00FA7928">
        <w:rPr>
          <w:rFonts w:ascii="Comic Sans MS" w:hAnsi="Comic Sans MS"/>
          <w:sz w:val="28"/>
          <w:szCs w:val="28"/>
          <w:lang w:val="de-DE"/>
        </w:rPr>
        <w:t xml:space="preserve"> </w:t>
      </w:r>
      <w:r w:rsidR="002F57A0">
        <w:rPr>
          <w:rFonts w:ascii="Comic Sans MS" w:hAnsi="Comic Sans MS"/>
          <w:sz w:val="28"/>
          <w:szCs w:val="28"/>
          <w:lang w:val="de-DE"/>
        </w:rPr>
        <w:t>_________________</w:t>
      </w:r>
      <w:r w:rsidR="00FA7928">
        <w:rPr>
          <w:rFonts w:ascii="Comic Sans MS" w:hAnsi="Comic Sans MS"/>
          <w:sz w:val="28"/>
          <w:szCs w:val="28"/>
          <w:lang w:val="de-DE"/>
        </w:rPr>
        <w:t>________________________</w:t>
      </w:r>
    </w:p>
    <w:p w14:paraId="041B650D" w14:textId="34FD2575" w:rsidR="002F57A0" w:rsidRDefault="009D0B4F">
      <w:pPr>
        <w:rPr>
          <w:rFonts w:ascii="Comic Sans MS" w:hAnsi="Comic Sans MS"/>
          <w:sz w:val="28"/>
          <w:szCs w:val="28"/>
          <w:lang w:val="de-DE"/>
        </w:rPr>
      </w:pPr>
      <w:r w:rsidRPr="002F57A0">
        <w:rPr>
          <w:rFonts w:ascii="Comic Sans MS" w:hAnsi="Comic Sans MS"/>
          <w:noProof/>
          <w:sz w:val="28"/>
          <w:szCs w:val="28"/>
          <w:lang w:val="de-DE"/>
        </w:rPr>
        <mc:AlternateContent>
          <mc:Choice Requires="am3d">
            <w:drawing>
              <wp:anchor distT="0" distB="0" distL="114300" distR="114300" simplePos="0" relativeHeight="251663872" behindDoc="1" locked="0" layoutInCell="1" allowOverlap="1" wp14:anchorId="1BE62A7C" wp14:editId="146FBA5B">
                <wp:simplePos x="0" y="0"/>
                <wp:positionH relativeFrom="margin">
                  <wp:posOffset>3793875</wp:posOffset>
                </wp:positionH>
                <wp:positionV relativeFrom="paragraph">
                  <wp:posOffset>401731</wp:posOffset>
                </wp:positionV>
                <wp:extent cx="1472429" cy="1491427"/>
                <wp:effectExtent l="0" t="0" r="0" b="0"/>
                <wp:wrapSquare wrapText="bothSides"/>
                <wp:docPr id="581692674" name="3D-Modell 1" descr="Lächelndes Gesich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472429" cy="149142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09380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1067647" d="1000000"/>
                        <am3d:preTrans dx="0" dy="-2" dz="115353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2432" ay="145110" az="5594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255451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872" behindDoc="1" locked="0" layoutInCell="1" allowOverlap="1" wp14:anchorId="1BE62A7C" wp14:editId="146FBA5B">
                <wp:simplePos x="0" y="0"/>
                <wp:positionH relativeFrom="margin">
                  <wp:posOffset>3793875</wp:posOffset>
                </wp:positionH>
                <wp:positionV relativeFrom="paragraph">
                  <wp:posOffset>401731</wp:posOffset>
                </wp:positionV>
                <wp:extent cx="1472429" cy="1491427"/>
                <wp:effectExtent l="0" t="0" r="0" b="0"/>
                <wp:wrapSquare wrapText="bothSides"/>
                <wp:docPr id="581692674" name="3D-Modell 1" descr="Lächelndes Gesich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1692674" name="3D-Modell 1" descr="Lächelndes Gesich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1930" cy="149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F57A0">
        <w:rPr>
          <w:rFonts w:ascii="Comic Sans MS" w:hAnsi="Comic Sans MS"/>
          <w:sz w:val="28"/>
          <w:szCs w:val="28"/>
          <w:lang w:val="de-DE"/>
        </w:rPr>
        <w:t>Was ich dir sagen möchte:</w:t>
      </w:r>
    </w:p>
    <w:p w14:paraId="55B85B9B" w14:textId="3EE0111C" w:rsidR="0095493A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</w:t>
      </w:r>
    </w:p>
    <w:p w14:paraId="12CA21E3" w14:textId="56EEF9D3" w:rsidR="002F57A0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</w:t>
      </w:r>
    </w:p>
    <w:p w14:paraId="42CF8B97" w14:textId="24BC671F" w:rsidR="002F57A0" w:rsidRDefault="002F57A0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</w:t>
      </w:r>
    </w:p>
    <w:p w14:paraId="33384A30" w14:textId="137BF565" w:rsidR="00FA7928" w:rsidRDefault="00FA7928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</w:t>
      </w:r>
    </w:p>
    <w:p w14:paraId="451B98A8" w14:textId="0409BAF5" w:rsidR="00BC61F9" w:rsidRPr="00822652" w:rsidRDefault="00822652" w:rsidP="00822652">
      <w:pPr>
        <w:rPr>
          <w:rFonts w:ascii="Comic Sans MS" w:hAnsi="Comic Sans MS"/>
          <w:sz w:val="28"/>
          <w:szCs w:val="28"/>
          <w:lang w:val="de-DE"/>
        </w:rPr>
      </w:pPr>
      <w:r>
        <w:rPr>
          <w:rFonts w:ascii="Comic Sans MS" w:hAnsi="Comic Sans MS"/>
          <w:sz w:val="28"/>
          <w:szCs w:val="28"/>
          <w:lang w:val="de-DE"/>
        </w:rPr>
        <w:t>_____________________________</w:t>
      </w:r>
      <w:r w:rsidR="00000000" w:rsidRPr="002F57A0">
        <w:rPr>
          <w:rFonts w:ascii="Comic Sans MS" w:hAnsi="Comic Sans MS"/>
          <w:sz w:val="28"/>
          <w:szCs w:val="28"/>
          <w:lang w:val="de-DE"/>
        </w:rPr>
        <w:t xml:space="preserve">  </w:t>
      </w:r>
      <w:r w:rsidR="00BC61F9" w:rsidRPr="00BC61F9">
        <w:rPr>
          <w:rFonts w:ascii="Segoe UI" w:eastAsia="Times New Roman" w:hAnsi="Segoe UI" w:cs="Segoe UI"/>
          <w:sz w:val="21"/>
          <w:szCs w:val="21"/>
          <w:lang w:val="de-DE" w:eastAsia="de-DE"/>
        </w:rPr>
        <w:t xml:space="preserve"> </w:t>
      </w:r>
    </w:p>
    <w:sectPr w:rsidR="00BC61F9" w:rsidRPr="00822652" w:rsidSect="00034616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E860CF" w14:textId="77777777" w:rsidR="0032483F" w:rsidRDefault="0032483F" w:rsidP="007D05A9">
      <w:pPr>
        <w:spacing w:after="0" w:line="240" w:lineRule="auto"/>
      </w:pPr>
      <w:r>
        <w:separator/>
      </w:r>
    </w:p>
  </w:endnote>
  <w:endnote w:type="continuationSeparator" w:id="0">
    <w:p w14:paraId="7B403F39" w14:textId="77777777" w:rsidR="0032483F" w:rsidRDefault="0032483F" w:rsidP="007D05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E9B115" w14:textId="77777777" w:rsidR="007D05A9" w:rsidRDefault="007D05A9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F7AB89" w14:textId="070E2DF4" w:rsidR="007D05A9" w:rsidRDefault="007D05A9" w:rsidP="007D05A9">
    <w:pPr>
      <w:pStyle w:val="Fuzeile"/>
      <w:jc w:val="center"/>
    </w:pPr>
    <w:r>
      <w:t>Schulpastoral@dibk.at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1E9DE4" w14:textId="77777777" w:rsidR="007D05A9" w:rsidRDefault="007D05A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16948B" w14:textId="77777777" w:rsidR="0032483F" w:rsidRDefault="0032483F" w:rsidP="007D05A9">
      <w:pPr>
        <w:spacing w:after="0" w:line="240" w:lineRule="auto"/>
      </w:pPr>
      <w:r>
        <w:separator/>
      </w:r>
    </w:p>
  </w:footnote>
  <w:footnote w:type="continuationSeparator" w:id="0">
    <w:p w14:paraId="25AF38D6" w14:textId="77777777" w:rsidR="0032483F" w:rsidRDefault="0032483F" w:rsidP="007D05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B65212" w14:textId="77777777" w:rsidR="007D05A9" w:rsidRDefault="007D05A9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FA3040" w14:textId="77777777" w:rsidR="007D05A9" w:rsidRDefault="007D05A9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FC7436" w14:textId="77777777" w:rsidR="007D05A9" w:rsidRDefault="007D05A9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numm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numm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Aufzhlungszeich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Aufzhlungszeich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2144418488">
    <w:abstractNumId w:val="8"/>
  </w:num>
  <w:num w:numId="2" w16cid:durableId="529496422">
    <w:abstractNumId w:val="6"/>
  </w:num>
  <w:num w:numId="3" w16cid:durableId="2136870979">
    <w:abstractNumId w:val="5"/>
  </w:num>
  <w:num w:numId="4" w16cid:durableId="1047997156">
    <w:abstractNumId w:val="4"/>
  </w:num>
  <w:num w:numId="5" w16cid:durableId="3897843">
    <w:abstractNumId w:val="7"/>
  </w:num>
  <w:num w:numId="6" w16cid:durableId="1726098951">
    <w:abstractNumId w:val="3"/>
  </w:num>
  <w:num w:numId="7" w16cid:durableId="268202114">
    <w:abstractNumId w:val="2"/>
  </w:num>
  <w:num w:numId="8" w16cid:durableId="332072705">
    <w:abstractNumId w:val="1"/>
  </w:num>
  <w:num w:numId="9" w16cid:durableId="20007717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09135C"/>
    <w:rsid w:val="0015074B"/>
    <w:rsid w:val="0029639D"/>
    <w:rsid w:val="002F57A0"/>
    <w:rsid w:val="0032483F"/>
    <w:rsid w:val="00326F90"/>
    <w:rsid w:val="007D05A9"/>
    <w:rsid w:val="00822652"/>
    <w:rsid w:val="00877A71"/>
    <w:rsid w:val="0095493A"/>
    <w:rsid w:val="009B22D5"/>
    <w:rsid w:val="009D0B4F"/>
    <w:rsid w:val="00AA1D8D"/>
    <w:rsid w:val="00B47730"/>
    <w:rsid w:val="00B84C9A"/>
    <w:rsid w:val="00BC61F9"/>
    <w:rsid w:val="00CB0664"/>
    <w:rsid w:val="00CF5080"/>
    <w:rsid w:val="00E26345"/>
    <w:rsid w:val="00FA7928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D0D016"/>
  <w14:defaultImageDpi w14:val="300"/>
  <w15:docId w15:val="{CD0335CA-C2BF-4416-9CDE-D430E27D5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C693F"/>
  </w:style>
  <w:style w:type="paragraph" w:styleId="berschrift1">
    <w:name w:val="heading 1"/>
    <w:basedOn w:val="Standard"/>
    <w:next w:val="Standard"/>
    <w:link w:val="berschrift1Zchn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618BF"/>
  </w:style>
  <w:style w:type="paragraph" w:styleId="Fuzeile">
    <w:name w:val="footer"/>
    <w:basedOn w:val="Standard"/>
    <w:link w:val="Fu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618BF"/>
  </w:style>
  <w:style w:type="paragraph" w:styleId="KeinLeerraum">
    <w:name w:val="No Spacing"/>
    <w:uiPriority w:val="1"/>
    <w:qFormat/>
    <w:rsid w:val="00FC693F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el">
    <w:name w:val="Title"/>
    <w:basedOn w:val="Standard"/>
    <w:next w:val="Standard"/>
    <w:link w:val="TitelZchn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enabsatz">
    <w:name w:val="List Paragraph"/>
    <w:basedOn w:val="Standard"/>
    <w:uiPriority w:val="34"/>
    <w:qFormat/>
    <w:rsid w:val="00FC693F"/>
    <w:pPr>
      <w:ind w:left="720"/>
      <w:contextualSpacing/>
    </w:pPr>
  </w:style>
  <w:style w:type="paragraph" w:styleId="Textkrper">
    <w:name w:val="Body Text"/>
    <w:basedOn w:val="Standard"/>
    <w:link w:val="TextkrperZchn"/>
    <w:uiPriority w:val="99"/>
    <w:unhideWhenUsed/>
    <w:rsid w:val="00AA1D8D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rsid w:val="00AA1D8D"/>
  </w:style>
  <w:style w:type="paragraph" w:styleId="Textkrper2">
    <w:name w:val="Body Text 2"/>
    <w:basedOn w:val="Standard"/>
    <w:link w:val="Textkrper2Zchn"/>
    <w:uiPriority w:val="99"/>
    <w:unhideWhenUsed/>
    <w:rsid w:val="00AA1D8D"/>
    <w:pPr>
      <w:spacing w:after="120" w:line="480" w:lineRule="auto"/>
    </w:pPr>
  </w:style>
  <w:style w:type="character" w:customStyle="1" w:styleId="Textkrper2Zchn">
    <w:name w:val="Textkörper 2 Zchn"/>
    <w:basedOn w:val="Absatz-Standardschriftart"/>
    <w:link w:val="Textkrper2"/>
    <w:uiPriority w:val="99"/>
    <w:rsid w:val="00AA1D8D"/>
  </w:style>
  <w:style w:type="paragraph" w:styleId="Textkrper3">
    <w:name w:val="Body Text 3"/>
    <w:basedOn w:val="Standard"/>
    <w:link w:val="Textkrper3Zchn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rsid w:val="00AA1D8D"/>
    <w:rPr>
      <w:sz w:val="16"/>
      <w:szCs w:val="16"/>
    </w:rPr>
  </w:style>
  <w:style w:type="paragraph" w:styleId="Liste">
    <w:name w:val="List"/>
    <w:basedOn w:val="Standard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Standard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Standard"/>
    <w:uiPriority w:val="99"/>
    <w:unhideWhenUsed/>
    <w:rsid w:val="00326F90"/>
    <w:pPr>
      <w:ind w:left="1080" w:hanging="360"/>
      <w:contextualSpacing/>
    </w:pPr>
  </w:style>
  <w:style w:type="paragraph" w:styleId="Aufzhlungszeichen">
    <w:name w:val="List Bullet"/>
    <w:basedOn w:val="Standard"/>
    <w:uiPriority w:val="99"/>
    <w:unhideWhenUsed/>
    <w:rsid w:val="00326F90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unhideWhenUsed/>
    <w:rsid w:val="00326F90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unhideWhenUsed/>
    <w:rsid w:val="00326F90"/>
    <w:pPr>
      <w:numPr>
        <w:numId w:val="3"/>
      </w:numPr>
      <w:contextualSpacing/>
    </w:pPr>
  </w:style>
  <w:style w:type="paragraph" w:styleId="Listennummer">
    <w:name w:val="List Number"/>
    <w:basedOn w:val="Standard"/>
    <w:uiPriority w:val="99"/>
    <w:unhideWhenUsed/>
    <w:rsid w:val="00326F90"/>
    <w:pPr>
      <w:numPr>
        <w:numId w:val="5"/>
      </w:numPr>
      <w:contextualSpacing/>
    </w:pPr>
  </w:style>
  <w:style w:type="paragraph" w:styleId="Listennummer2">
    <w:name w:val="List Number 2"/>
    <w:basedOn w:val="Standard"/>
    <w:uiPriority w:val="99"/>
    <w:unhideWhenUsed/>
    <w:rsid w:val="0029639D"/>
    <w:pPr>
      <w:numPr>
        <w:numId w:val="6"/>
      </w:numPr>
      <w:contextualSpacing/>
    </w:pPr>
  </w:style>
  <w:style w:type="paragraph" w:styleId="Listennummer3">
    <w:name w:val="List Number 3"/>
    <w:basedOn w:val="Standard"/>
    <w:uiPriority w:val="99"/>
    <w:unhideWhenUsed/>
    <w:rsid w:val="0029639D"/>
    <w:pPr>
      <w:numPr>
        <w:numId w:val="7"/>
      </w:numPr>
      <w:contextualSpacing/>
    </w:pPr>
  </w:style>
  <w:style w:type="paragraph" w:styleId="Listenfortsetzung">
    <w:name w:val="List Continue"/>
    <w:basedOn w:val="Standard"/>
    <w:uiPriority w:val="99"/>
    <w:unhideWhenUsed/>
    <w:rsid w:val="0029639D"/>
    <w:pPr>
      <w:spacing w:after="120"/>
      <w:ind w:left="360"/>
      <w:contextualSpacing/>
    </w:pPr>
  </w:style>
  <w:style w:type="paragraph" w:styleId="Listenfortsetzung2">
    <w:name w:val="List Continue 2"/>
    <w:basedOn w:val="Standard"/>
    <w:uiPriority w:val="99"/>
    <w:unhideWhenUsed/>
    <w:rsid w:val="0029639D"/>
    <w:pPr>
      <w:spacing w:after="120"/>
      <w:ind w:left="720"/>
      <w:contextualSpacing/>
    </w:pPr>
  </w:style>
  <w:style w:type="paragraph" w:styleId="Listenfortsetzung3">
    <w:name w:val="List Continue 3"/>
    <w:basedOn w:val="Standard"/>
    <w:uiPriority w:val="99"/>
    <w:unhideWhenUsed/>
    <w:rsid w:val="0029639D"/>
    <w:pPr>
      <w:spacing w:after="120"/>
      <w:ind w:left="1080"/>
      <w:contextualSpacing/>
    </w:pPr>
  </w:style>
  <w:style w:type="paragraph" w:styleId="Makrotext">
    <w:name w:val="macro"/>
    <w:link w:val="MakrotextZchn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rsid w:val="0029639D"/>
    <w:rPr>
      <w:rFonts w:ascii="Courier" w:hAnsi="Courier"/>
      <w:sz w:val="20"/>
      <w:szCs w:val="20"/>
    </w:rPr>
  </w:style>
  <w:style w:type="paragraph" w:styleId="Zitat">
    <w:name w:val="Quote"/>
    <w:basedOn w:val="Standard"/>
    <w:next w:val="Standard"/>
    <w:link w:val="ZitatZchn"/>
    <w:uiPriority w:val="29"/>
    <w:qFormat/>
    <w:rsid w:val="00FC693F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FC693F"/>
    <w:rPr>
      <w:i/>
      <w:iCs/>
      <w:color w:val="000000" w:themeColor="text1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ett">
    <w:name w:val="Strong"/>
    <w:basedOn w:val="Absatz-Standardschriftart"/>
    <w:uiPriority w:val="22"/>
    <w:qFormat/>
    <w:rsid w:val="00FC693F"/>
    <w:rPr>
      <w:b/>
      <w:bCs/>
    </w:rPr>
  </w:style>
  <w:style w:type="character" w:styleId="Hervorhebung">
    <w:name w:val="Emphasis"/>
    <w:basedOn w:val="Absatz-Standardschriftart"/>
    <w:uiPriority w:val="20"/>
    <w:qFormat/>
    <w:rsid w:val="00FC693F"/>
    <w:rPr>
      <w:i/>
      <w:iCs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FC693F"/>
    <w:rPr>
      <w:b/>
      <w:bCs/>
      <w:i/>
      <w:iCs/>
      <w:color w:val="4F81BD" w:themeColor="accent1"/>
    </w:rPr>
  </w:style>
  <w:style w:type="character" w:styleId="SchwacheHervorhebung">
    <w:name w:val="Subtle Emphasis"/>
    <w:basedOn w:val="Absatz-Standardschriftart"/>
    <w:uiPriority w:val="19"/>
    <w:qFormat/>
    <w:rsid w:val="00FC693F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FC693F"/>
    <w:rPr>
      <w:b/>
      <w:bCs/>
      <w:i/>
      <w:iCs/>
      <w:color w:val="4F81BD" w:themeColor="accent1"/>
    </w:rPr>
  </w:style>
  <w:style w:type="character" w:styleId="SchwacherVerweis">
    <w:name w:val="Subtle Reference"/>
    <w:basedOn w:val="Absatz-Standardschriftart"/>
    <w:uiPriority w:val="31"/>
    <w:qFormat/>
    <w:rsid w:val="00FC693F"/>
    <w:rPr>
      <w:smallCaps/>
      <w:color w:val="C0504D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FC693F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FC693F"/>
    <w:pPr>
      <w:outlineLvl w:val="9"/>
    </w:pPr>
  </w:style>
  <w:style w:type="table" w:styleId="Tabellenraster">
    <w:name w:val="Table Grid"/>
    <w:basedOn w:val="NormaleTabelle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Schattierung">
    <w:name w:val="Light Shading"/>
    <w:basedOn w:val="NormaleTabelle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HelleSchattierung-Akzent2">
    <w:name w:val="Light Shading Accent 2"/>
    <w:basedOn w:val="NormaleTabelle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HelleSchattierung-Akzent3">
    <w:name w:val="Light Shading Accent 3"/>
    <w:basedOn w:val="NormaleTabelle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HelleSchattierung-Akzent4">
    <w:name w:val="Light Shading Accent 4"/>
    <w:basedOn w:val="NormaleTabelle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HelleSchattierung-Akzent5">
    <w:name w:val="Light Shading Accent 5"/>
    <w:basedOn w:val="NormaleTabelle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HelleSchattierung-Akzent6">
    <w:name w:val="Light Shading Accent 6"/>
    <w:basedOn w:val="NormaleTabelle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HelleListe">
    <w:name w:val="Light List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HelleListe-Akzent2">
    <w:name w:val="Light List Accent 2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HelleListe-Akzent3">
    <w:name w:val="Light List Accent 3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HelleListe-Akzent4">
    <w:name w:val="Light List Accent 4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HelleListe-Akzent5">
    <w:name w:val="Light List Accent 5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HelleListe-Akzent6">
    <w:name w:val="Light List Accent 6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HellesRaster">
    <w:name w:val="Light Grid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sRaster-Akzent1">
    <w:name w:val="Light Grid Accent 1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HellesRaster-Akzent2">
    <w:name w:val="Light Grid Accent 2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HellesRaster-Akzent3">
    <w:name w:val="Light Grid Accent 3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HellesRaster-Akzent4">
    <w:name w:val="Light Grid Accent 4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HellesRaster-Akzent5">
    <w:name w:val="Light Grid Accent 5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HellesRaster-Akzent6">
    <w:name w:val="Light Grid Accent 6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ittlereSchattierung1">
    <w:name w:val="Medium Shading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2">
    <w:name w:val="Medium Shading 1 Accent 2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3">
    <w:name w:val="Medium Shading 1 Accent 3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4">
    <w:name w:val="Medium Shading 1 Accent 4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5">
    <w:name w:val="Medium Shading 1 Accent 5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6">
    <w:name w:val="Medium Shading 1 Accent 6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">
    <w:name w:val="Medium Shading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Liste1">
    <w:name w:val="Medium Lis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Liste1-Akzent1">
    <w:name w:val="Medium List 1 Accen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ittlereListe1-Akzent2">
    <w:name w:val="Medium List 1 Accent 2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ittlereListe1-Akzent3">
    <w:name w:val="Medium List 1 Accent 3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ittlereListe1-Akzent4">
    <w:name w:val="Medium List 1 Accent 4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ittlereListe1-Akzent5">
    <w:name w:val="Medium List 1 Accent 5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ittlereListe1-Akzent6">
    <w:name w:val="Medium List 1 Accent 6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ittlereListe2">
    <w:name w:val="Medium Lis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1">
    <w:name w:val="Medium List 2 Accent 1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2">
    <w:name w:val="Medium List 2 Accen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3">
    <w:name w:val="Medium List 2 Accent 3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4">
    <w:name w:val="Medium List 2 Accent 4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5">
    <w:name w:val="Medium List 2 Accent 5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6">
    <w:name w:val="Medium List 2 Accent 6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sRaster1">
    <w:name w:val="Medium Grid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sRaster1-Akzent1">
    <w:name w:val="Medium Grid 1 Accent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ittleresRaster1-Akzent2">
    <w:name w:val="Medium Grid 1 Accent 2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ittleresRaster1-Akzent3">
    <w:name w:val="Medium Grid 1 Accent 3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ittleresRaster1-Akzent4">
    <w:name w:val="Medium Grid 1 Accent 4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ittleresRaster1-Akzent5">
    <w:name w:val="Medium Grid 1 Accent 5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ittleresRaster1-Akzent6">
    <w:name w:val="Medium Grid 1 Accent 6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ittleresRaster2">
    <w:name w:val="Medium Grid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1">
    <w:name w:val="Medium Grid 2 Accent 1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2">
    <w:name w:val="Medium Grid 2 Accent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3">
    <w:name w:val="Medium Grid 2 Accent 3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4">
    <w:name w:val="Medium Grid 2 Accent 4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5">
    <w:name w:val="Medium Grid 2 Accent 5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6">
    <w:name w:val="Medium Grid 2 Accent 6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3">
    <w:name w:val="Medium Grid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3-Akzent1">
    <w:name w:val="Medium Grid 3 Accent 1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ittleresRaster3-Akzent2">
    <w:name w:val="Medium Grid 3 Accent 2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ittleresRaster3-Akzent3">
    <w:name w:val="Medium Grid 3 Accent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ittleresRaster3-Akzent4">
    <w:name w:val="Medium Grid 3 Accent 4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ittleresRaster3-Akzent5">
    <w:name w:val="Medium Grid 3 Accent 5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ittleresRaster3-Akzent6">
    <w:name w:val="Medium Grid 3 Accent 6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unkleListe">
    <w:name w:val="Dark List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unkleListe-Akzent1">
    <w:name w:val="Dark List Accent 1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unkleListe-Akzent2">
    <w:name w:val="Dark List Accent 2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unkleListe-Akzent3">
    <w:name w:val="Dark List Accent 3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unkleListe-Akzent4">
    <w:name w:val="Dark List Accent 4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unkleListe-Akzent5">
    <w:name w:val="Dark List Accent 5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unkleListe-Akzent6">
    <w:name w:val="Dark List Accent 6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FarbigeSchattierung">
    <w:name w:val="Colorful Shading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1">
    <w:name w:val="Colorful Shading Accent 1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2">
    <w:name w:val="Colorful Shading Accent 2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3">
    <w:name w:val="Colorful Shading Accent 3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5">
    <w:name w:val="Colorful Shading Accent 5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6">
    <w:name w:val="Colorful Shading Accent 6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Liste">
    <w:name w:val="Colorful List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Liste-Akzent1">
    <w:name w:val="Colorful List Accent 1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FarbigeListe-Akzent2">
    <w:name w:val="Colorful List Accent 2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FarbigeListe-Akzent3">
    <w:name w:val="Colorful List Accent 3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FarbigeListe-Akzent4">
    <w:name w:val="Colorful List Accent 4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FarbigeListe-Akzent5">
    <w:name w:val="Colorful List Accent 5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FarbigeListe-Akzent6">
    <w:name w:val="Colorful List Accent 6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FarbigesRaster">
    <w:name w:val="Colorful Grid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sRaster-Akzent1">
    <w:name w:val="Colorful Grid Accent 1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FarbigesRaster-Akzent2">
    <w:name w:val="Colorful Grid Accent 2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FarbigesRaster-Akzent3">
    <w:name w:val="Colorful Grid Accent 3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Raster-Akzent4">
    <w:name w:val="Colorful Grid Accent 4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FarbigesRaster-Akzent5">
    <w:name w:val="Colorful Grid Accent 5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FarbigesRaster-Akzent6">
    <w:name w:val="Colorful Grid Accent 6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openxmlformats.org/officeDocument/2006/relationships/image" Target="media/image3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17/06/relationships/model3d" Target="media/model3d3.glb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microsoft.com/office/2017/06/relationships/model3d" Target="media/model3d2.glb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107</Words>
  <Characters>675</Characters>
  <Application>Microsoft Office Word</Application>
  <DocSecurity>0</DocSecurity>
  <Lines>5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781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Petra Fender</cp:lastModifiedBy>
  <cp:revision>8</cp:revision>
  <cp:lastPrinted>2026-03-11T06:56:00Z</cp:lastPrinted>
  <dcterms:created xsi:type="dcterms:W3CDTF">2026-03-10T15:03:00Z</dcterms:created>
  <dcterms:modified xsi:type="dcterms:W3CDTF">2026-03-11T09:20:00Z</dcterms:modified>
  <cp:category/>
</cp:coreProperties>
</file>